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CONVIVENCIA   ·   PRIMARIA · ESO · BACHILLERATO    AM-TUT-PAC-001</w:t>
      </w:r>
    </w:p>
    <w:p>
      <w:r>
        <w:rPr>
          <w:rFonts w:ascii="Lexend" w:hAnsi="Lexend" w:eastAsia="Lexend"/>
          <w:b/>
          <w:color w:val="0E3B34"/>
          <w:sz w:val="38"/>
        </w:rPr>
        <w:t>Dinámicas de tutoría para el inicio de curso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8 dinámicas del banco de AulaMetrics listas para llevar a la hora de tutoría: cada una con su objetivo, el agrupamiento, los materiales, los pasos y un consejo.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81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N.º</w:t>
            </w:r>
          </w:p>
        </w:tc>
        <w:tc>
          <w:tcPr>
            <w:tcW w:type="dxa" w:w="51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DINÁMICA</w:t>
            </w:r>
          </w:p>
        </w:tc>
        <w:tc>
          <w:tcPr>
            <w:tcW w:type="dxa" w:w="244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ETAPA</w:t>
            </w:r>
          </w:p>
        </w:tc>
        <w:tc>
          <w:tcPr>
            <w:tcW w:type="dxa" w:w="1837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DURACIÓN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La telaraña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10-15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Dos verdades y una mentira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15-20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La pelota de los nombres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10-15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4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bingo humano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15-20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5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nudo humano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10-15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6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La isla desierta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7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paso al frente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8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lazarillo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15-20 min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La telaraña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Presentación y conocerse · Primaria · ESO · 10-15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Que el alumnado se conozca y visualice que el grupo es una red en la que todos están conectados.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en círculo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 ovillo de lana.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En círculo, quien empieza sujeta la punta del ovillo, dice su nombre y algo que le guste, y lanza el ovillo a otra persona.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Cada alumno repite el gesto sujetando su parte del hilo, de modo que se va tejiendo una telaraña entre todos.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Cuando todos participan, se comenta cómo el grupo forma una red: si alguien suelta su hilo, la red se debilita.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Para deshacer la telaraña, se devuelve el ovillo recordando el nombre de quien te lo pasó. Refuerza la memoria de los nombres al inicio de curso.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Dos verdades y una mentira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Presentación y conocerse · ESO · Bachillerato · 15-20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Romper el hielo y descubrir aspectos inesperados de los compañeros de forma divertida.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o grupos de 5-6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ninguno.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piensa tres afirmaciones sobre sí mismo: dos verdaderas y una falsa.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Las dice en voz alta y el resto vota cuál cree que es la mentira.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revela la respuesta y se comenta brevemente la verdad más sorprendente.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Participa tú también como tutor. Ver que el adulto se expone iguala el clima y anima a los más reservados.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La pelota de los nombres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Presentación y conocerse · Primaria · 10-15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Aprender y memorizar los nombres del grupo al inicio de curso de forma dinámica.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en círculo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una pelota blanda.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Quien tiene la pelota dice su nombre y la lanza a otra persona.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En una segunda ronda, antes de lanzar, hay que decir el nombre de quien la va a recibir.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sube el ritmo o se añade una segunda pelota para complicarlo un poco.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Repítela varios días hasta que todos se sepan los nombres. Funciona mejor que cualquier lista.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AM-TUT-PAC-001 · Dinámicas de tutoría para el inicio de curso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El bingo humano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Presentación y conocerse · ESO · Bachillerato · 15-20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Romper el hielo y descubrir cosas en común moviéndose y hablando con todos.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individual con movimiento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una plantilla con casillas del tipo «alguien que toque un instrumento» o «que haya viajado en avión».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busca compañeros que cumplan cada casilla y anota su nombre.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No se puede repetir el mismo nombre en dos casillas, así hablan con más gente.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Gana quien complete antes, pero al final se comentan las coincidencias más curiosas.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Incluye casillas variadas para que todo el mundo tenga algo que aportar.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El nudo humano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Cohesión de grupo · Primaria · ESO · 10-15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Fomentar la cooperación, la comunicación y la coordinación para resolver un reto común.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grupos de 6-8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espacio libre.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El grupo se coloca en círculo muy juntos y cada uno da la mano a dos personas distintas que no estén a su lado.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Sin soltarse, deben deshacer el nudo hasta formar un círculo.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Al terminar, se reflexiona: ¿cómo se han organizado?, ¿quién ha propuesto ideas?, ¿se han escuchado?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Si un nudo es imposible de deshacer, permite una "mano libre" para desbloquear. Lo importante es el proceso, no ganar.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La isla desierta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Cohesión de grupo · ESO · Bachillerato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Practicar la toma de decisiones por consenso, la argumentación y la escucha.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grupos de 4-5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lista de 12-15 objetos.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Plantea la situación: el grupo naufraga en una isla y solo puede llevar 5 objetos de una lista.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Primero cada alumno elige en solitario; después el grupo debe acordar una única lista consensuada.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ponen en común las listas de cada grupo y se reflexiona sobre cómo se ha decidido: ¿por votación?, ¿ha impuesto alguien?, ¿se ha escuchado a todos?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Lo valioso no es la lista final, sino observar los roles del grupo. Es un buen momento para detectar liderazgos y alumnado que queda al margen.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7. El paso al frente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Cohesión de grupo · ESO · Bachillerato · 20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Generar empatía al descubrir lo que el grupo tiene en común y lo que no siempre se ve.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gran grupo en fila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ninguno.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En silencio y en fila, lees frases como "da un paso al frente quien alguna vez se ha sentido solo en clase" o "quien ayudaría a un compañero en apuros".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Quien se identifica, da un paso al frente y observa quién le acompaña.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Al terminar, se comenta en círculo cómo se han sentido y qué han descubierto del grupo.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Cuida mucho el clima. Empieza por frases neutras y evita cuestiones que expongan a alguien. El silencio y el respeto son clave.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AM-TUT-PAC-001 · Dinámicas de tutoría para el inicio de curso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8. El lazarillo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Cohesión de grupo · Primaria · ESO · 15-20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Construir confianza y experimentar la responsabilidad de cuidar de un compañero.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parejas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pañuelos para los ojos y un espacio despejado.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Uno se venda los ojos y el otro lo guía por el aula con la voz o con el brazo.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A mitad del recorrido, intercambian los papeles.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comenta cómo se han sentido al depender de otra persona y al ser responsables de ella.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Retira los obstáculos peligrosos. La única regla es cuidar del compañero.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AM-TUT-PAC-001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Dinámicas de tutoría para el inicio de curso: presentación y cohesión de grupo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