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TUTORÍA · EVALUACIÓN   ·   PRIMARIA · ESO    AM-TUT-CUE-004</w:t>
      </w:r>
    </w:p>
    <w:p>
      <w:r>
        <w:rPr>
          <w:rFonts w:ascii="Lexend" w:hAnsi="Lexend" w:eastAsia="Lexend"/>
          <w:b/>
          <w:color w:val="0E3B34"/>
          <w:sz w:val="38"/>
        </w:rPr>
        <w:t>Mi trimestre: cómo me ha ido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NOMBRE ____________________   CURSO Y GRUPO ____________________   TRIMESTRE ____________________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ANTES DE EMPEZAR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Esta hoja no es un examen y no cuenta para la nota. Sirve para pensar cómo te ha ido.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Contesta con sinceridad: no hay respuestas buenas ni malas.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Marca una casilla en cada fila y completa las preguntas del final con tus palabras.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Lo importante no es ponerte nota, sino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decidir qué quieres mejorar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Cómo me ha ido este trimestre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2041"/>
        <w:gridCol w:w="2041"/>
        <w:gridCol w:w="2041"/>
        <w:gridCol w:w="2041"/>
      </w:tblGrid>
      <w:tr>
        <w:tc>
          <w:tcPr>
            <w:tcW w:type="dxa" w:w="4490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</w:r>
          </w:p>
        </w:tc>
        <w:tc>
          <w:tcPr>
            <w:tcW w:type="dxa" w:w="1429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CASI NUNCA</w:t>
            </w:r>
          </w:p>
        </w:tc>
        <w:tc>
          <w:tcPr>
            <w:tcW w:type="dxa" w:w="1429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A VECES</w:t>
            </w:r>
          </w:p>
        </w:tc>
        <w:tc>
          <w:tcPr>
            <w:tcW w:type="dxa" w:w="1429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CASI SIEMPRE</w:t>
            </w:r>
          </w:p>
        </w:tc>
        <w:tc>
          <w:tcPr>
            <w:tcW w:type="dxa" w:w="1429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3E5D57"/>
                <w:sz w:val="14"/>
              </w:rPr>
              <w:t>SIEMPRE</w:t>
            </w:r>
          </w:p>
        </w:tc>
      </w:tr>
      <w:tr>
        <w:tc>
          <w:tcPr>
            <w:tcW w:type="dxa" w:w="4490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Llego a tiempo y con el material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</w:tr>
      <w:tr>
        <w:tc>
          <w:tcPr>
            <w:tcW w:type="dxa" w:w="4490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Presto atención en clase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</w:tr>
      <w:tr>
        <w:tc>
          <w:tcPr>
            <w:tcW w:type="dxa" w:w="4490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Hago las tareas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</w:tr>
      <w:tr>
        <w:tc>
          <w:tcPr>
            <w:tcW w:type="dxa" w:w="4490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Pido ayuda cuando no entiendo algo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</w:tr>
      <w:tr>
        <w:tc>
          <w:tcPr>
            <w:tcW w:type="dxa" w:w="4490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Estudio con tiempo, no el día antes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</w:tr>
      <w:tr>
        <w:tc>
          <w:tcPr>
            <w:tcW w:type="dxa" w:w="4490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Participo en clase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</w:tr>
      <w:tr>
        <w:tc>
          <w:tcPr>
            <w:tcW w:type="dxa" w:w="4490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Trabajo bien con mis compañeros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</w:tr>
      <w:tr>
        <w:tc>
          <w:tcPr>
            <w:tcW w:type="dxa" w:w="4490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Respeto a compañeros y profesorado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</w:tr>
      <w:tr>
        <w:tc>
          <w:tcPr>
            <w:tcW w:type="dxa" w:w="4490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Cuido mi material y el del aula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</w:tr>
      <w:tr>
        <w:tc>
          <w:tcPr>
            <w:tcW w:type="dxa" w:w="4490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17"/>
              </w:rPr>
              <w:t>Me esfuerzo aunque me cueste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  <w:tc>
          <w:tcPr>
            <w:tcW w:type="dxa" w:w="1429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7"/>
              </w:rPr>
              <w:t>☐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Mis puntos fuertes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Lo que se me da bien o en lo que he mejorado.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AM-TUT-CUE-004 · Mi trimestre: cómo me ha ido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Lo que más me ha costado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Mi meta para el próximo trimestre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Algo concreto y pequeño que pueda cumplir: por ejemplo, «entregar las tareas de mates a tiempo».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¿QUÉ PUEDE AYUDARME?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Organizarme mejor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Más tiempo de estudio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Que me expliquen de otra forma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Ayuda de mi profesorado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Ayuda de mi familia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Menos distracciones (móvil, pantallas)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5. Comentario de la tutoría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440"/>
      </w:pPr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          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7"/>
        </w:rPr>
        <w:t xml:space="preserve">Alumno o alumna · firma                     Tutor o tutora · firma y fecha    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AM-TUT-CUE-004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Autoevaluación del alumnado al final del trimestre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